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D62B9" w14:textId="77777777" w:rsidR="00E71FE1" w:rsidRDefault="00E71FE1" w:rsidP="00E71FE1">
      <w:pPr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:2</w:t>
      </w:r>
      <w:proofErr w:type="gramEnd"/>
    </w:p>
    <w:p w14:paraId="39911A17" w14:textId="2FF1DD00" w:rsidR="00F62EAC" w:rsidRPr="00E71FE1" w:rsidRDefault="004A486C" w:rsidP="00E71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t xml:space="preserve">HAKKÂRİ ÜNİVERSİTESİ </w:t>
      </w:r>
      <w:r w:rsidRPr="00E71FE1">
        <w:rPr>
          <w:rFonts w:ascii="Times New Roman" w:hAnsi="Times New Roman" w:cs="Times New Roman"/>
          <w:b/>
          <w:sz w:val="24"/>
          <w:szCs w:val="24"/>
        </w:rPr>
        <w:br/>
        <w:t>BANKA PROMOSYONU İHALESİ TEKLİF MEKTUBU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62EAC" w:rsidRPr="00E71FE1" w14:paraId="4FAD3989" w14:textId="77777777" w:rsidTr="00D55E69">
        <w:tc>
          <w:tcPr>
            <w:tcW w:w="4320" w:type="dxa"/>
            <w:vAlign w:val="center"/>
          </w:tcPr>
          <w:p w14:paraId="0EA2B7C1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İhalenin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4320" w:type="dxa"/>
            <w:vAlign w:val="center"/>
          </w:tcPr>
          <w:p w14:paraId="137020F6" w14:textId="569F0BA2" w:rsidR="00F62EAC" w:rsidRPr="00E71FE1" w:rsidRDefault="0020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122">
              <w:rPr>
                <w:rFonts w:ascii="Times New Roman" w:hAnsi="Times New Roman" w:cs="Times New Roman"/>
                <w:sz w:val="24"/>
                <w:szCs w:val="24"/>
              </w:rPr>
              <w:t>Hakkâri</w:t>
            </w:r>
            <w:proofErr w:type="spellEnd"/>
            <w:r w:rsidRPr="00207122">
              <w:rPr>
                <w:rFonts w:ascii="Times New Roman" w:hAnsi="Times New Roman" w:cs="Times New Roman"/>
                <w:sz w:val="24"/>
                <w:szCs w:val="24"/>
              </w:rPr>
              <w:t xml:space="preserve"> Üniversitesi Banka Promosyonu </w:t>
            </w:r>
            <w:proofErr w:type="spellStart"/>
            <w:r w:rsidRPr="00207122">
              <w:rPr>
                <w:rFonts w:ascii="Times New Roman" w:hAnsi="Times New Roman" w:cs="Times New Roman"/>
                <w:sz w:val="24"/>
                <w:szCs w:val="24"/>
              </w:rPr>
              <w:t>İhalesi</w:t>
            </w:r>
            <w:proofErr w:type="spellEnd"/>
          </w:p>
        </w:tc>
      </w:tr>
      <w:tr w:rsidR="00F62EAC" w:rsidRPr="00E71FE1" w14:paraId="13544758" w14:textId="77777777" w:rsidTr="00D55E69">
        <w:tc>
          <w:tcPr>
            <w:tcW w:w="4320" w:type="dxa"/>
            <w:vAlign w:val="center"/>
          </w:tcPr>
          <w:p w14:paraId="43851124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Tarihi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Saati</w:t>
            </w:r>
            <w:proofErr w:type="spellEnd"/>
          </w:p>
        </w:tc>
        <w:tc>
          <w:tcPr>
            <w:tcW w:w="4320" w:type="dxa"/>
            <w:vAlign w:val="center"/>
          </w:tcPr>
          <w:p w14:paraId="62EF59C8" w14:textId="30D74C83" w:rsidR="00F62EAC" w:rsidRPr="00E71FE1" w:rsidRDefault="00AE4DB4" w:rsidP="00AE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3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486C" w:rsidRPr="00E71F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F30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486C" w:rsidRPr="00E71FE1">
              <w:rPr>
                <w:rFonts w:ascii="Times New Roman" w:hAnsi="Times New Roman" w:cs="Times New Roman"/>
                <w:sz w:val="24"/>
                <w:szCs w:val="24"/>
              </w:rPr>
              <w:t>.2026 - 1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486C" w:rsidRPr="00E71F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62EAC" w:rsidRPr="00E71FE1" w14:paraId="710B5F41" w14:textId="77777777" w:rsidTr="00D55E69">
        <w:tc>
          <w:tcPr>
            <w:tcW w:w="4320" w:type="dxa"/>
            <w:vAlign w:val="center"/>
          </w:tcPr>
          <w:p w14:paraId="2341ADD9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Usulü</w:t>
            </w:r>
            <w:proofErr w:type="spellEnd"/>
          </w:p>
        </w:tc>
        <w:tc>
          <w:tcPr>
            <w:tcW w:w="4320" w:type="dxa"/>
            <w:vAlign w:val="center"/>
          </w:tcPr>
          <w:p w14:paraId="29B71E1F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 xml:space="preserve">Kapalı Zarf ve </w:t>
            </w:r>
            <w:proofErr w:type="spellStart"/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E71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Artırma</w:t>
            </w:r>
            <w:proofErr w:type="spellEnd"/>
          </w:p>
        </w:tc>
      </w:tr>
      <w:tr w:rsidR="00F62EAC" w:rsidRPr="00E71FE1" w14:paraId="7D90154A" w14:textId="77777777" w:rsidTr="00D55E69">
        <w:tc>
          <w:tcPr>
            <w:tcW w:w="4320" w:type="dxa"/>
            <w:vAlign w:val="center"/>
          </w:tcPr>
          <w:p w14:paraId="5C523234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Süresi</w:t>
            </w:r>
            <w:proofErr w:type="spellEnd"/>
          </w:p>
        </w:tc>
        <w:tc>
          <w:tcPr>
            <w:tcW w:w="4320" w:type="dxa"/>
            <w:vAlign w:val="center"/>
          </w:tcPr>
          <w:p w14:paraId="585CDCD1" w14:textId="557B44C3" w:rsidR="00F62EAC" w:rsidRPr="00E71FE1" w:rsidRDefault="0002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A486C" w:rsidRPr="00E71FE1">
              <w:rPr>
                <w:rFonts w:ascii="Times New Roman" w:hAnsi="Times New Roman" w:cs="Times New Roman"/>
                <w:sz w:val="24"/>
                <w:szCs w:val="24"/>
              </w:rPr>
              <w:t xml:space="preserve"> Ay</w:t>
            </w:r>
          </w:p>
        </w:tc>
      </w:tr>
    </w:tbl>
    <w:p w14:paraId="1B8DB025" w14:textId="77777777" w:rsidR="00F62EAC" w:rsidRPr="00E71FE1" w:rsidRDefault="00F62E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62EAC" w:rsidRPr="00E71FE1" w14:paraId="6A92386D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25AB4373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Banka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Unvanı</w:t>
            </w:r>
            <w:proofErr w:type="spellEnd"/>
          </w:p>
        </w:tc>
        <w:tc>
          <w:tcPr>
            <w:tcW w:w="4320" w:type="dxa"/>
            <w:vAlign w:val="center"/>
          </w:tcPr>
          <w:p w14:paraId="36475B9C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7F7894ED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068B95C0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Şube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4320" w:type="dxa"/>
            <w:vAlign w:val="center"/>
          </w:tcPr>
          <w:p w14:paraId="33FCACA9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666D62B1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4FF6378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Yetkili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4320" w:type="dxa"/>
            <w:vAlign w:val="center"/>
          </w:tcPr>
          <w:p w14:paraId="33BCA0B1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1FF1BC9E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0D70099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Görevi</w:t>
            </w:r>
            <w:proofErr w:type="spellEnd"/>
          </w:p>
        </w:tc>
        <w:tc>
          <w:tcPr>
            <w:tcW w:w="4320" w:type="dxa"/>
            <w:vAlign w:val="center"/>
          </w:tcPr>
          <w:p w14:paraId="1E2C2E1C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747ACF0F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17DDC813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  <w:proofErr w:type="spellEnd"/>
          </w:p>
        </w:tc>
        <w:tc>
          <w:tcPr>
            <w:tcW w:w="4320" w:type="dxa"/>
            <w:vAlign w:val="center"/>
          </w:tcPr>
          <w:p w14:paraId="3251501A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..... / ..... / 2026</w:t>
            </w:r>
          </w:p>
        </w:tc>
      </w:tr>
      <w:tr w:rsidR="00F62EAC" w:rsidRPr="00E71FE1" w14:paraId="49CD3F4A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26665595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Yetkili</w:t>
            </w:r>
            <w:proofErr w:type="spellEnd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İmzası</w:t>
            </w:r>
            <w:proofErr w:type="spellEnd"/>
          </w:p>
        </w:tc>
        <w:tc>
          <w:tcPr>
            <w:tcW w:w="4320" w:type="dxa"/>
            <w:vAlign w:val="center"/>
          </w:tcPr>
          <w:p w14:paraId="3EEDF498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468C2D48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6201CC1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Banka </w:t>
            </w:r>
            <w:proofErr w:type="spellStart"/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Kaşesi</w:t>
            </w:r>
            <w:proofErr w:type="spellEnd"/>
          </w:p>
        </w:tc>
        <w:tc>
          <w:tcPr>
            <w:tcW w:w="4320" w:type="dxa"/>
            <w:vAlign w:val="center"/>
          </w:tcPr>
          <w:p w14:paraId="79FEFF11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EA7F7" w14:textId="1C3DCDA4" w:rsidR="00F62EAC" w:rsidRDefault="00F11076" w:rsidP="00D55E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İhalenin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Bankamız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D4F">
        <w:rPr>
          <w:rFonts w:ascii="Times New Roman" w:hAnsi="Times New Roman" w:cs="Times New Roman"/>
          <w:sz w:val="24"/>
          <w:szCs w:val="24"/>
        </w:rPr>
        <w:t>uhdes</w:t>
      </w:r>
      <w:r w:rsidR="004A486C" w:rsidRPr="00E71FE1">
        <w:rPr>
          <w:rFonts w:ascii="Times New Roman" w:hAnsi="Times New Roman" w:cs="Times New Roman"/>
          <w:sz w:val="24"/>
          <w:szCs w:val="24"/>
        </w:rPr>
        <w:t>inde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kalması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hâlinde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imzalanacak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hükümlerini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eksiksiz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getirmeyi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A486C" w:rsidRPr="00E71FE1">
        <w:rPr>
          <w:rFonts w:ascii="Times New Roman" w:hAnsi="Times New Roman" w:cs="Times New Roman"/>
          <w:sz w:val="24"/>
          <w:szCs w:val="24"/>
        </w:rPr>
        <w:t>kabul</w:t>
      </w:r>
      <w:proofErr w:type="spellEnd"/>
      <w:proofErr w:type="gram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taahhüt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ederiz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>.</w:t>
      </w:r>
    </w:p>
    <w:p w14:paraId="0A06CCDF" w14:textId="77777777" w:rsidR="0007467B" w:rsidRPr="00E71FE1" w:rsidRDefault="0007467B" w:rsidP="00D55E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34C1D" w14:textId="77777777" w:rsidR="00F11076" w:rsidRDefault="004A486C" w:rsidP="00F110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t>TEKLİF EDİLEN NAKİT PROMOSYON</w:t>
      </w:r>
    </w:p>
    <w:p w14:paraId="66CE94B5" w14:textId="48AF43C4" w:rsidR="00F62EAC" w:rsidRPr="00E71FE1" w:rsidRDefault="004A486C">
      <w:pPr>
        <w:rPr>
          <w:rFonts w:ascii="Times New Roman" w:hAnsi="Times New Roman" w:cs="Times New Roman"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="0007467B">
        <w:rPr>
          <w:rFonts w:ascii="Times New Roman" w:hAnsi="Times New Roman" w:cs="Times New Roman"/>
          <w:sz w:val="24"/>
          <w:szCs w:val="24"/>
        </w:rPr>
        <w:t>40</w:t>
      </w:r>
      <w:bookmarkStart w:id="0" w:name="_GoBack"/>
      <w:bookmarkEnd w:id="0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aylık</w:t>
      </w:r>
      <w:proofErr w:type="spellEnd"/>
      <w:proofErr w:type="gram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için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kişi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başına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peşin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ödenecek</w:t>
      </w:r>
      <w:proofErr w:type="spellEnd"/>
      <w:r w:rsidR="00291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0EB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nakit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promosyon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tutarı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>:</w:t>
      </w:r>
    </w:p>
    <w:p w14:paraId="1E2BC5C3" w14:textId="0DE09013" w:rsidR="00F62EAC" w:rsidRPr="00E71FE1" w:rsidRDefault="009324E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Rakam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</w:t>
      </w:r>
      <w:r w:rsidRPr="00E71FE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 </w:t>
      </w:r>
      <w:r w:rsidR="004A486C" w:rsidRPr="00E71FE1">
        <w:rPr>
          <w:rFonts w:ascii="Times New Roman" w:hAnsi="Times New Roman" w:cs="Times New Roman"/>
          <w:sz w:val="24"/>
          <w:szCs w:val="24"/>
        </w:rPr>
        <w:t>TL (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Kişi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86C" w:rsidRPr="00E71FE1">
        <w:rPr>
          <w:rFonts w:ascii="Times New Roman" w:hAnsi="Times New Roman" w:cs="Times New Roman"/>
          <w:sz w:val="24"/>
          <w:szCs w:val="24"/>
        </w:rPr>
        <w:t>Başı</w:t>
      </w:r>
      <w:proofErr w:type="spellEnd"/>
      <w:r w:rsidR="004A486C" w:rsidRPr="00E71FE1">
        <w:rPr>
          <w:rFonts w:ascii="Times New Roman" w:hAnsi="Times New Roman" w:cs="Times New Roman"/>
          <w:sz w:val="24"/>
          <w:szCs w:val="24"/>
        </w:rPr>
        <w:t>)</w:t>
      </w:r>
    </w:p>
    <w:p w14:paraId="104E93CC" w14:textId="77777777" w:rsidR="00F62EAC" w:rsidRPr="00E71FE1" w:rsidRDefault="004A48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1FE1">
        <w:rPr>
          <w:rFonts w:ascii="Times New Roman" w:hAnsi="Times New Roman" w:cs="Times New Roman"/>
          <w:sz w:val="24"/>
          <w:szCs w:val="24"/>
        </w:rPr>
        <w:t>Yazı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ile: ........................................................................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Türk</w:t>
      </w:r>
      <w:proofErr w:type="spellEnd"/>
      <w:r w:rsidRPr="00E7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FE1">
        <w:rPr>
          <w:rFonts w:ascii="Times New Roman" w:hAnsi="Times New Roman" w:cs="Times New Roman"/>
          <w:sz w:val="24"/>
          <w:szCs w:val="24"/>
        </w:rPr>
        <w:t>Lirası</w:t>
      </w:r>
      <w:proofErr w:type="spellEnd"/>
    </w:p>
    <w:sectPr w:rsidR="00F62EAC" w:rsidRPr="00E71FE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6A11"/>
    <w:rsid w:val="00034616"/>
    <w:rsid w:val="0006063C"/>
    <w:rsid w:val="0007467B"/>
    <w:rsid w:val="00123887"/>
    <w:rsid w:val="0015074B"/>
    <w:rsid w:val="00207122"/>
    <w:rsid w:val="00244203"/>
    <w:rsid w:val="002910EB"/>
    <w:rsid w:val="0029639D"/>
    <w:rsid w:val="00326F90"/>
    <w:rsid w:val="004A486C"/>
    <w:rsid w:val="004B3F89"/>
    <w:rsid w:val="00555377"/>
    <w:rsid w:val="006D739E"/>
    <w:rsid w:val="00741D4F"/>
    <w:rsid w:val="007F30B2"/>
    <w:rsid w:val="008F6C2C"/>
    <w:rsid w:val="009219D4"/>
    <w:rsid w:val="009324E1"/>
    <w:rsid w:val="00AA1D8D"/>
    <w:rsid w:val="00AE4DB4"/>
    <w:rsid w:val="00B47730"/>
    <w:rsid w:val="00C6779B"/>
    <w:rsid w:val="00CB0664"/>
    <w:rsid w:val="00D55E69"/>
    <w:rsid w:val="00E71FE1"/>
    <w:rsid w:val="00F11076"/>
    <w:rsid w:val="00F62EAC"/>
    <w:rsid w:val="00F943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CD5AB"/>
  <w14:defaultImageDpi w14:val="300"/>
  <w15:docId w15:val="{850C0E12-C8BF-4D11-871B-F3E2D136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7B450A-E1A0-4CDB-8BD3-9FF327EC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9</cp:revision>
  <dcterms:created xsi:type="dcterms:W3CDTF">2026-08-17T18:26:00Z</dcterms:created>
  <dcterms:modified xsi:type="dcterms:W3CDTF">2026-09-15T13:13:00Z</dcterms:modified>
  <cp:category/>
</cp:coreProperties>
</file>