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D62B9" w14:textId="77777777" w:rsidR="00E71FE1" w:rsidRDefault="00E71FE1" w:rsidP="00E71FE1">
      <w:pPr>
        <w:ind w:left="720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EK:2</w:t>
      </w:r>
    </w:p>
    <w:p w14:paraId="39911A17" w14:textId="2FF1DD00" w:rsidR="00F62EAC" w:rsidRPr="00E71FE1" w:rsidRDefault="004A486C" w:rsidP="00E71FE1">
      <w:pPr>
        <w:jc w:val="center"/>
        <w:rPr>
          <w:rFonts w:ascii="Times New Roman" w:hAnsi="Times New Roman" w:cs="Times New Roman"/>
          <w:sz w:val="24"/>
          <w:szCs w:val="24"/>
        </w:rPr>
      </w:pPr>
      <w:r w:rsidRPr="00E71FE1">
        <w:rPr>
          <w:rFonts w:ascii="Times New Roman" w:hAnsi="Times New Roman" w:cs="Times New Roman"/>
          <w:b/>
          <w:sz w:val="24"/>
          <w:szCs w:val="24"/>
        </w:rPr>
        <w:t xml:space="preserve">HAKKÂRİ ÜNİVERSİTESİ </w:t>
      </w:r>
      <w:r w:rsidRPr="00E71FE1">
        <w:rPr>
          <w:rFonts w:ascii="Times New Roman" w:hAnsi="Times New Roman" w:cs="Times New Roman"/>
          <w:b/>
          <w:sz w:val="24"/>
          <w:szCs w:val="24"/>
        </w:rPr>
        <w:br/>
        <w:t>BANKA PROMOSYONU İHALESİ TEKLİF MEKTUBU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F62EAC" w:rsidRPr="00E71FE1" w14:paraId="4FAD3989" w14:textId="77777777" w:rsidTr="00D55E69">
        <w:tc>
          <w:tcPr>
            <w:tcW w:w="4320" w:type="dxa"/>
            <w:vAlign w:val="center"/>
          </w:tcPr>
          <w:p w14:paraId="0EA2B7C1" w14:textId="77777777" w:rsidR="00F62EAC" w:rsidRPr="009219D4" w:rsidRDefault="004A486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19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İhalenin Adı</w:t>
            </w:r>
          </w:p>
        </w:tc>
        <w:tc>
          <w:tcPr>
            <w:tcW w:w="4320" w:type="dxa"/>
            <w:vAlign w:val="center"/>
          </w:tcPr>
          <w:p w14:paraId="137020F6" w14:textId="569F0BA2" w:rsidR="00F62EAC" w:rsidRPr="00E71FE1" w:rsidRDefault="0020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122">
              <w:rPr>
                <w:rFonts w:ascii="Times New Roman" w:hAnsi="Times New Roman" w:cs="Times New Roman"/>
                <w:sz w:val="24"/>
                <w:szCs w:val="24"/>
              </w:rPr>
              <w:t>Hakkâri Üniversitesi Banka Promosyonu İhalesi</w:t>
            </w:r>
          </w:p>
        </w:tc>
      </w:tr>
      <w:tr w:rsidR="00F62EAC" w:rsidRPr="00E71FE1" w14:paraId="13544758" w14:textId="77777777" w:rsidTr="00D55E69">
        <w:tc>
          <w:tcPr>
            <w:tcW w:w="4320" w:type="dxa"/>
            <w:vAlign w:val="center"/>
          </w:tcPr>
          <w:p w14:paraId="43851124" w14:textId="77777777" w:rsidR="00F62EAC" w:rsidRPr="009219D4" w:rsidRDefault="004A486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19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İhale Tarihi ve Saati</w:t>
            </w:r>
          </w:p>
        </w:tc>
        <w:tc>
          <w:tcPr>
            <w:tcW w:w="4320" w:type="dxa"/>
            <w:vAlign w:val="center"/>
          </w:tcPr>
          <w:p w14:paraId="62EF59C8" w14:textId="112EAC92" w:rsidR="00F62EAC" w:rsidRPr="00E71FE1" w:rsidRDefault="004A4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FE1">
              <w:rPr>
                <w:rFonts w:ascii="Times New Roman" w:hAnsi="Times New Roman" w:cs="Times New Roman"/>
                <w:sz w:val="24"/>
                <w:szCs w:val="24"/>
              </w:rPr>
              <w:t>26.08.2026 - 1</w:t>
            </w:r>
            <w:r w:rsidR="002071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71FE1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F62EAC" w:rsidRPr="00E71FE1" w14:paraId="710B5F41" w14:textId="77777777" w:rsidTr="00D55E69">
        <w:tc>
          <w:tcPr>
            <w:tcW w:w="4320" w:type="dxa"/>
            <w:vAlign w:val="center"/>
          </w:tcPr>
          <w:p w14:paraId="2341ADD9" w14:textId="77777777" w:rsidR="00F62EAC" w:rsidRPr="009219D4" w:rsidRDefault="004A486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19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İhale Usulü</w:t>
            </w:r>
          </w:p>
        </w:tc>
        <w:tc>
          <w:tcPr>
            <w:tcW w:w="4320" w:type="dxa"/>
            <w:vAlign w:val="center"/>
          </w:tcPr>
          <w:p w14:paraId="29B71E1F" w14:textId="77777777" w:rsidR="00F62EAC" w:rsidRPr="00E71FE1" w:rsidRDefault="004A4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FE1">
              <w:rPr>
                <w:rFonts w:ascii="Times New Roman" w:hAnsi="Times New Roman" w:cs="Times New Roman"/>
                <w:sz w:val="24"/>
                <w:szCs w:val="24"/>
              </w:rPr>
              <w:t>Kapalı Zarf ve Açık Artırma</w:t>
            </w:r>
          </w:p>
        </w:tc>
      </w:tr>
      <w:tr w:rsidR="00F62EAC" w:rsidRPr="00E71FE1" w14:paraId="7D90154A" w14:textId="77777777" w:rsidTr="00D55E69">
        <w:tc>
          <w:tcPr>
            <w:tcW w:w="4320" w:type="dxa"/>
            <w:vAlign w:val="center"/>
          </w:tcPr>
          <w:p w14:paraId="5C523234" w14:textId="77777777" w:rsidR="00F62EAC" w:rsidRPr="009219D4" w:rsidRDefault="004A486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19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Protokol Süresi</w:t>
            </w:r>
          </w:p>
        </w:tc>
        <w:tc>
          <w:tcPr>
            <w:tcW w:w="4320" w:type="dxa"/>
            <w:vAlign w:val="center"/>
          </w:tcPr>
          <w:p w14:paraId="585CDCD1" w14:textId="77777777" w:rsidR="00F62EAC" w:rsidRPr="00E71FE1" w:rsidRDefault="004A4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FE1">
              <w:rPr>
                <w:rFonts w:ascii="Times New Roman" w:hAnsi="Times New Roman" w:cs="Times New Roman"/>
                <w:sz w:val="24"/>
                <w:szCs w:val="24"/>
              </w:rPr>
              <w:t>36 Ay</w:t>
            </w:r>
          </w:p>
        </w:tc>
      </w:tr>
    </w:tbl>
    <w:p w14:paraId="1B8DB025" w14:textId="77777777" w:rsidR="00F62EAC" w:rsidRPr="00E71FE1" w:rsidRDefault="00F62EA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F62EAC" w:rsidRPr="00E71FE1" w14:paraId="6A92386D" w14:textId="77777777" w:rsidTr="00D55E69">
        <w:trPr>
          <w:trHeight w:val="737"/>
        </w:trPr>
        <w:tc>
          <w:tcPr>
            <w:tcW w:w="4320" w:type="dxa"/>
            <w:vAlign w:val="center"/>
          </w:tcPr>
          <w:p w14:paraId="25AB4373" w14:textId="77777777" w:rsidR="00F62EAC" w:rsidRPr="009219D4" w:rsidRDefault="004A486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19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Banka Unvanı</w:t>
            </w:r>
          </w:p>
        </w:tc>
        <w:tc>
          <w:tcPr>
            <w:tcW w:w="4320" w:type="dxa"/>
            <w:vAlign w:val="center"/>
          </w:tcPr>
          <w:p w14:paraId="36475B9C" w14:textId="77777777" w:rsidR="00F62EAC" w:rsidRPr="00E71FE1" w:rsidRDefault="00F62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EAC" w:rsidRPr="00E71FE1" w14:paraId="7F7894ED" w14:textId="77777777" w:rsidTr="00D55E69">
        <w:trPr>
          <w:trHeight w:val="737"/>
        </w:trPr>
        <w:tc>
          <w:tcPr>
            <w:tcW w:w="4320" w:type="dxa"/>
            <w:vAlign w:val="center"/>
          </w:tcPr>
          <w:p w14:paraId="068B95C0" w14:textId="77777777" w:rsidR="00F62EAC" w:rsidRPr="00E71FE1" w:rsidRDefault="004A4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9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Şube Adı</w:t>
            </w:r>
          </w:p>
        </w:tc>
        <w:tc>
          <w:tcPr>
            <w:tcW w:w="4320" w:type="dxa"/>
            <w:vAlign w:val="center"/>
          </w:tcPr>
          <w:p w14:paraId="33FCACA9" w14:textId="77777777" w:rsidR="00F62EAC" w:rsidRPr="00E71FE1" w:rsidRDefault="00F62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EAC" w:rsidRPr="00E71FE1" w14:paraId="666D62B1" w14:textId="77777777" w:rsidTr="00D55E69">
        <w:trPr>
          <w:trHeight w:val="737"/>
        </w:trPr>
        <w:tc>
          <w:tcPr>
            <w:tcW w:w="4320" w:type="dxa"/>
            <w:vAlign w:val="center"/>
          </w:tcPr>
          <w:p w14:paraId="4FF63784" w14:textId="77777777" w:rsidR="00F62EAC" w:rsidRPr="00E71FE1" w:rsidRDefault="004A4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9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Yetkili Adı Soyadı</w:t>
            </w:r>
          </w:p>
        </w:tc>
        <w:tc>
          <w:tcPr>
            <w:tcW w:w="4320" w:type="dxa"/>
            <w:vAlign w:val="center"/>
          </w:tcPr>
          <w:p w14:paraId="33BCA0B1" w14:textId="77777777" w:rsidR="00F62EAC" w:rsidRPr="00E71FE1" w:rsidRDefault="00F62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EAC" w:rsidRPr="00E71FE1" w14:paraId="1FF1BC9E" w14:textId="77777777" w:rsidTr="00D55E69">
        <w:trPr>
          <w:trHeight w:val="737"/>
        </w:trPr>
        <w:tc>
          <w:tcPr>
            <w:tcW w:w="4320" w:type="dxa"/>
            <w:vAlign w:val="center"/>
          </w:tcPr>
          <w:p w14:paraId="0D700994" w14:textId="77777777" w:rsidR="00F62EAC" w:rsidRPr="00E71FE1" w:rsidRDefault="004A4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9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Görevi</w:t>
            </w:r>
          </w:p>
        </w:tc>
        <w:tc>
          <w:tcPr>
            <w:tcW w:w="4320" w:type="dxa"/>
            <w:vAlign w:val="center"/>
          </w:tcPr>
          <w:p w14:paraId="1E2C2E1C" w14:textId="77777777" w:rsidR="00F62EAC" w:rsidRPr="00E71FE1" w:rsidRDefault="00F62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EAC" w:rsidRPr="00E71FE1" w14:paraId="747ACF0F" w14:textId="77777777" w:rsidTr="00D55E69">
        <w:trPr>
          <w:trHeight w:val="737"/>
        </w:trPr>
        <w:tc>
          <w:tcPr>
            <w:tcW w:w="4320" w:type="dxa"/>
            <w:vAlign w:val="center"/>
          </w:tcPr>
          <w:p w14:paraId="17DDC813" w14:textId="77777777" w:rsidR="00F62EAC" w:rsidRPr="00E71FE1" w:rsidRDefault="004A4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9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Tarih</w:t>
            </w:r>
          </w:p>
        </w:tc>
        <w:tc>
          <w:tcPr>
            <w:tcW w:w="4320" w:type="dxa"/>
            <w:vAlign w:val="center"/>
          </w:tcPr>
          <w:p w14:paraId="3251501A" w14:textId="77777777" w:rsidR="00F62EAC" w:rsidRPr="00E71FE1" w:rsidRDefault="004A4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FE1">
              <w:rPr>
                <w:rFonts w:ascii="Times New Roman" w:hAnsi="Times New Roman" w:cs="Times New Roman"/>
                <w:sz w:val="24"/>
                <w:szCs w:val="24"/>
              </w:rPr>
              <w:t>..... / ..... / 2026</w:t>
            </w:r>
          </w:p>
        </w:tc>
      </w:tr>
      <w:tr w:rsidR="00F62EAC" w:rsidRPr="00E71FE1" w14:paraId="49CD3F4A" w14:textId="77777777" w:rsidTr="00D55E69">
        <w:trPr>
          <w:trHeight w:val="737"/>
        </w:trPr>
        <w:tc>
          <w:tcPr>
            <w:tcW w:w="4320" w:type="dxa"/>
            <w:vAlign w:val="center"/>
          </w:tcPr>
          <w:p w14:paraId="26665595" w14:textId="77777777" w:rsidR="00F62EAC" w:rsidRPr="00E71FE1" w:rsidRDefault="004A4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9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Yetkili İmzası</w:t>
            </w:r>
          </w:p>
        </w:tc>
        <w:tc>
          <w:tcPr>
            <w:tcW w:w="4320" w:type="dxa"/>
            <w:vAlign w:val="center"/>
          </w:tcPr>
          <w:p w14:paraId="3EEDF498" w14:textId="77777777" w:rsidR="00F62EAC" w:rsidRPr="00E71FE1" w:rsidRDefault="00F62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EAC" w:rsidRPr="00E71FE1" w14:paraId="468C2D48" w14:textId="77777777" w:rsidTr="00D55E69">
        <w:trPr>
          <w:trHeight w:val="737"/>
        </w:trPr>
        <w:tc>
          <w:tcPr>
            <w:tcW w:w="4320" w:type="dxa"/>
            <w:vAlign w:val="center"/>
          </w:tcPr>
          <w:p w14:paraId="6201CC14" w14:textId="77777777" w:rsidR="00F62EAC" w:rsidRPr="00E71FE1" w:rsidRDefault="004A4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9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Banka Kaşesi</w:t>
            </w:r>
          </w:p>
        </w:tc>
        <w:tc>
          <w:tcPr>
            <w:tcW w:w="4320" w:type="dxa"/>
            <w:vAlign w:val="center"/>
          </w:tcPr>
          <w:p w14:paraId="79FEFF11" w14:textId="77777777" w:rsidR="00F62EAC" w:rsidRPr="00E71FE1" w:rsidRDefault="00F62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8EA7F7" w14:textId="1CFDF181" w:rsidR="00F62EAC" w:rsidRPr="00E71FE1" w:rsidRDefault="00F11076" w:rsidP="00D55E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4A486C" w:rsidRPr="00E71FE1">
        <w:rPr>
          <w:rFonts w:ascii="Times New Roman" w:hAnsi="Times New Roman" w:cs="Times New Roman"/>
          <w:sz w:val="24"/>
          <w:szCs w:val="24"/>
        </w:rPr>
        <w:t xml:space="preserve">Hakkâri Üniversitesi tarafından gerçekleştirilen Banka Promosyonu İhalesine ait Şartname ve ekleri tarafımızca incelenmiş olup tüm hükümleri kabul edilmiştir. İhalenin Bankamız </w:t>
      </w:r>
      <w:r w:rsidR="00741D4F">
        <w:rPr>
          <w:rFonts w:ascii="Times New Roman" w:hAnsi="Times New Roman" w:cs="Times New Roman"/>
          <w:sz w:val="24"/>
          <w:szCs w:val="24"/>
        </w:rPr>
        <w:t>uhdes</w:t>
      </w:r>
      <w:r w:rsidR="004A486C" w:rsidRPr="00E71FE1">
        <w:rPr>
          <w:rFonts w:ascii="Times New Roman" w:hAnsi="Times New Roman" w:cs="Times New Roman"/>
          <w:sz w:val="24"/>
          <w:szCs w:val="24"/>
        </w:rPr>
        <w:t>inde kalması hâlinde şartname ve imzalanacak protokol hükümlerini eksiksiz olarak yerine getirmeyi kabul ve taahhüt ederiz.</w:t>
      </w:r>
    </w:p>
    <w:p w14:paraId="45A34C1D" w14:textId="77777777" w:rsidR="00F11076" w:rsidRDefault="004A486C" w:rsidP="00F110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71FE1">
        <w:rPr>
          <w:rFonts w:ascii="Times New Roman" w:hAnsi="Times New Roman" w:cs="Times New Roman"/>
          <w:b/>
          <w:sz w:val="24"/>
          <w:szCs w:val="24"/>
        </w:rPr>
        <w:t>TEKLİF EDİLEN NAKİT PROMOSYON</w:t>
      </w:r>
    </w:p>
    <w:p w14:paraId="66CE94B5" w14:textId="55269EB4" w:rsidR="00F62EAC" w:rsidRPr="00E71FE1" w:rsidRDefault="004A486C">
      <w:pPr>
        <w:rPr>
          <w:rFonts w:ascii="Times New Roman" w:hAnsi="Times New Roman" w:cs="Times New Roman"/>
          <w:sz w:val="24"/>
          <w:szCs w:val="24"/>
        </w:rPr>
      </w:pPr>
      <w:r w:rsidRPr="00E71FE1">
        <w:rPr>
          <w:rFonts w:ascii="Times New Roman" w:hAnsi="Times New Roman" w:cs="Times New Roman"/>
          <w:b/>
          <w:sz w:val="24"/>
          <w:szCs w:val="24"/>
        </w:rPr>
        <w:br/>
      </w:r>
      <w:r w:rsidRPr="00E71FE1">
        <w:rPr>
          <w:rFonts w:ascii="Times New Roman" w:hAnsi="Times New Roman" w:cs="Times New Roman"/>
          <w:sz w:val="24"/>
          <w:szCs w:val="24"/>
        </w:rPr>
        <w:t>36 aylık protokol süresi için kişi başına peşin ödenecek</w:t>
      </w:r>
      <w:r w:rsidR="002910EB">
        <w:rPr>
          <w:rFonts w:ascii="Times New Roman" w:hAnsi="Times New Roman" w:cs="Times New Roman"/>
          <w:sz w:val="24"/>
          <w:szCs w:val="24"/>
        </w:rPr>
        <w:t xml:space="preserve"> toplam</w:t>
      </w:r>
      <w:r w:rsidRPr="00E71FE1">
        <w:rPr>
          <w:rFonts w:ascii="Times New Roman" w:hAnsi="Times New Roman" w:cs="Times New Roman"/>
          <w:sz w:val="24"/>
          <w:szCs w:val="24"/>
        </w:rPr>
        <w:t xml:space="preserve"> nakit promosyon tutarı:</w:t>
      </w:r>
    </w:p>
    <w:p w14:paraId="1E2BC5C3" w14:textId="0DE09013" w:rsidR="00F62EAC" w:rsidRPr="00E71FE1" w:rsidRDefault="009324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Rakam ile</w:t>
      </w:r>
      <w:r w:rsidRPr="00E71FE1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 </w:t>
      </w:r>
      <w:r w:rsidR="004A486C" w:rsidRPr="00E71FE1">
        <w:rPr>
          <w:rFonts w:ascii="Times New Roman" w:hAnsi="Times New Roman" w:cs="Times New Roman"/>
          <w:sz w:val="24"/>
          <w:szCs w:val="24"/>
        </w:rPr>
        <w:t>TL (Kişi Başı)</w:t>
      </w:r>
    </w:p>
    <w:p w14:paraId="104E93CC" w14:textId="77777777" w:rsidR="00F62EAC" w:rsidRPr="00E71FE1" w:rsidRDefault="004A486C">
      <w:pPr>
        <w:rPr>
          <w:rFonts w:ascii="Times New Roman" w:hAnsi="Times New Roman" w:cs="Times New Roman"/>
          <w:sz w:val="24"/>
          <w:szCs w:val="24"/>
        </w:rPr>
      </w:pPr>
      <w:r w:rsidRPr="00E71FE1">
        <w:rPr>
          <w:rFonts w:ascii="Times New Roman" w:hAnsi="Times New Roman" w:cs="Times New Roman"/>
          <w:sz w:val="24"/>
          <w:szCs w:val="24"/>
        </w:rPr>
        <w:t>Yazı ile: ........................................................................ Türk Lirası</w:t>
      </w:r>
    </w:p>
    <w:sectPr w:rsidR="00F62EAC" w:rsidRPr="00E71FE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3887"/>
    <w:rsid w:val="0015074B"/>
    <w:rsid w:val="00207122"/>
    <w:rsid w:val="00244203"/>
    <w:rsid w:val="002910EB"/>
    <w:rsid w:val="0029639D"/>
    <w:rsid w:val="00326F90"/>
    <w:rsid w:val="004A486C"/>
    <w:rsid w:val="004B3F89"/>
    <w:rsid w:val="00555377"/>
    <w:rsid w:val="006D739E"/>
    <w:rsid w:val="00741D4F"/>
    <w:rsid w:val="008F6C2C"/>
    <w:rsid w:val="009219D4"/>
    <w:rsid w:val="009324E1"/>
    <w:rsid w:val="00AA1D8D"/>
    <w:rsid w:val="00B47730"/>
    <w:rsid w:val="00C6779B"/>
    <w:rsid w:val="00CB0664"/>
    <w:rsid w:val="00D55E69"/>
    <w:rsid w:val="00E71FE1"/>
    <w:rsid w:val="00F11076"/>
    <w:rsid w:val="00F62EAC"/>
    <w:rsid w:val="00F943E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ECD5AB"/>
  <w14:defaultImageDpi w14:val="300"/>
  <w15:docId w15:val="{850C0E12-C8BF-4D11-871B-F3E2D1361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46530C8-9660-4053-BE41-7BC6FAA29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pc</cp:lastModifiedBy>
  <cp:revision>5</cp:revision>
  <dcterms:created xsi:type="dcterms:W3CDTF">2026-08-17T18:26:00Z</dcterms:created>
  <dcterms:modified xsi:type="dcterms:W3CDTF">2026-08-18T14:41:00Z</dcterms:modified>
  <cp:category/>
</cp:coreProperties>
</file>