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49B6A" w14:textId="77777777" w:rsidR="00737A20" w:rsidRDefault="00737A20" w:rsidP="0073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EK: </w:t>
      </w:r>
      <w:proofErr w:type="gramStart"/>
      <w:r w:rsidR="00541F3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14:paraId="1A9B1996" w14:textId="3CBD3579" w:rsidR="00A076D6" w:rsidRDefault="00FC032B" w:rsidP="00DB6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A20">
        <w:rPr>
          <w:rFonts w:ascii="Times New Roman" w:hAnsi="Times New Roman" w:cs="Times New Roman"/>
          <w:b/>
          <w:sz w:val="24"/>
          <w:szCs w:val="24"/>
        </w:rPr>
        <w:t>HAKKÂRİ ÜNİVERSİTESİ</w:t>
      </w:r>
      <w:r w:rsidRPr="00737A20">
        <w:rPr>
          <w:rFonts w:ascii="Times New Roman" w:hAnsi="Times New Roman" w:cs="Times New Roman"/>
          <w:b/>
          <w:sz w:val="24"/>
          <w:szCs w:val="24"/>
        </w:rPr>
        <w:br/>
        <w:t>BANKA PROMOSYONU İHALESİ</w:t>
      </w:r>
      <w:r w:rsidRPr="00737A20">
        <w:rPr>
          <w:rFonts w:ascii="Times New Roman" w:hAnsi="Times New Roman" w:cs="Times New Roman"/>
          <w:b/>
          <w:sz w:val="24"/>
          <w:szCs w:val="24"/>
        </w:rPr>
        <w:br/>
        <w:t>BANKA YETKİ</w:t>
      </w:r>
      <w:r w:rsidR="005B3CFE">
        <w:rPr>
          <w:rFonts w:ascii="Times New Roman" w:hAnsi="Times New Roman" w:cs="Times New Roman"/>
          <w:b/>
          <w:sz w:val="24"/>
          <w:szCs w:val="24"/>
        </w:rPr>
        <w:t xml:space="preserve"> BELGESİ</w:t>
      </w:r>
    </w:p>
    <w:p w14:paraId="41B92B6A" w14:textId="77777777" w:rsidR="00DB60B6" w:rsidRPr="00737A20" w:rsidRDefault="00DB60B6" w:rsidP="00737A2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314E82" w14:textId="77777777" w:rsidR="00A076D6" w:rsidRPr="00737A20" w:rsidRDefault="00FC032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37A20">
        <w:rPr>
          <w:rFonts w:ascii="Times New Roman" w:hAnsi="Times New Roman" w:cs="Times New Roman"/>
          <w:b/>
          <w:bCs/>
          <w:sz w:val="24"/>
          <w:szCs w:val="24"/>
        </w:rPr>
        <w:t>Sayı</w:t>
      </w:r>
      <w:proofErr w:type="spellEnd"/>
      <w:r w:rsidRPr="00737A20">
        <w:rPr>
          <w:rFonts w:ascii="Times New Roman" w:hAnsi="Times New Roman" w:cs="Times New Roman"/>
          <w:b/>
          <w:bCs/>
          <w:sz w:val="24"/>
          <w:szCs w:val="24"/>
        </w:rPr>
        <w:t>: ...............</w:t>
      </w:r>
      <w:r w:rsidRPr="00737A2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="00F705E1">
        <w:rPr>
          <w:rFonts w:ascii="Times New Roman" w:hAnsi="Times New Roman" w:cs="Times New Roman"/>
          <w:sz w:val="24"/>
          <w:szCs w:val="24"/>
        </w:rPr>
        <w:tab/>
      </w:r>
      <w:r w:rsidRPr="00737A2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37A20">
        <w:rPr>
          <w:rFonts w:ascii="Times New Roman" w:hAnsi="Times New Roman" w:cs="Times New Roman"/>
          <w:b/>
          <w:bCs/>
          <w:sz w:val="24"/>
          <w:szCs w:val="24"/>
        </w:rPr>
        <w:t>Tarih</w:t>
      </w:r>
      <w:proofErr w:type="spellEnd"/>
      <w:proofErr w:type="gramStart"/>
      <w:r w:rsidRPr="00737A20">
        <w:rPr>
          <w:rFonts w:ascii="Times New Roman" w:hAnsi="Times New Roman" w:cs="Times New Roman"/>
          <w:b/>
          <w:bCs/>
          <w:sz w:val="24"/>
          <w:szCs w:val="24"/>
        </w:rPr>
        <w:t>: .....</w:t>
      </w:r>
      <w:proofErr w:type="gramEnd"/>
      <w:r w:rsidRPr="00737A20">
        <w:rPr>
          <w:rFonts w:ascii="Times New Roman" w:hAnsi="Times New Roman" w:cs="Times New Roman"/>
          <w:b/>
          <w:bCs/>
          <w:sz w:val="24"/>
          <w:szCs w:val="24"/>
        </w:rPr>
        <w:t xml:space="preserve"> / ..... / 2026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076D6" w:rsidRPr="00737A20" w14:paraId="18C589AC" w14:textId="77777777" w:rsidTr="004B6CC5">
        <w:tc>
          <w:tcPr>
            <w:tcW w:w="4320" w:type="dxa"/>
            <w:vAlign w:val="center"/>
          </w:tcPr>
          <w:p w14:paraId="3D9DA1DA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İhalenin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4320" w:type="dxa"/>
            <w:vAlign w:val="center"/>
          </w:tcPr>
          <w:p w14:paraId="6356ECC1" w14:textId="403A1510" w:rsidR="00A076D6" w:rsidRPr="00737A20" w:rsidRDefault="00DB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45E">
              <w:rPr>
                <w:rFonts w:ascii="Times New Roman" w:hAnsi="Times New Roman" w:cs="Times New Roman"/>
                <w:sz w:val="24"/>
                <w:szCs w:val="24"/>
              </w:rPr>
              <w:t>Hakkâri</w:t>
            </w:r>
            <w:proofErr w:type="spellEnd"/>
            <w:r w:rsidRPr="00D7345E">
              <w:rPr>
                <w:rFonts w:ascii="Times New Roman" w:hAnsi="Times New Roman" w:cs="Times New Roman"/>
                <w:sz w:val="24"/>
                <w:szCs w:val="24"/>
              </w:rPr>
              <w:t xml:space="preserve"> Üniversitesi Banka Promosyonu </w:t>
            </w:r>
            <w:proofErr w:type="spellStart"/>
            <w:r w:rsidRPr="00D7345E">
              <w:rPr>
                <w:rFonts w:ascii="Times New Roman" w:hAnsi="Times New Roman" w:cs="Times New Roman"/>
                <w:sz w:val="24"/>
                <w:szCs w:val="24"/>
              </w:rPr>
              <w:t>İhalesi</w:t>
            </w:r>
            <w:proofErr w:type="spellEnd"/>
          </w:p>
        </w:tc>
      </w:tr>
      <w:tr w:rsidR="00A076D6" w:rsidRPr="00737A20" w14:paraId="7F5FAA3F" w14:textId="77777777" w:rsidTr="004B6CC5">
        <w:tc>
          <w:tcPr>
            <w:tcW w:w="4320" w:type="dxa"/>
            <w:vAlign w:val="center"/>
          </w:tcPr>
          <w:p w14:paraId="6D3F51FD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Saati</w:t>
            </w:r>
            <w:proofErr w:type="spellEnd"/>
          </w:p>
        </w:tc>
        <w:tc>
          <w:tcPr>
            <w:tcW w:w="4320" w:type="dxa"/>
            <w:vAlign w:val="center"/>
          </w:tcPr>
          <w:p w14:paraId="31395431" w14:textId="1CF6D863" w:rsidR="00A076D6" w:rsidRPr="00737A20" w:rsidRDefault="000E7BEB" w:rsidP="000E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E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032B" w:rsidRPr="00737A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7E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032B" w:rsidRPr="00737A20">
              <w:rPr>
                <w:rFonts w:ascii="Times New Roman" w:hAnsi="Times New Roman" w:cs="Times New Roman"/>
                <w:sz w:val="24"/>
                <w:szCs w:val="24"/>
              </w:rPr>
              <w:t>.2026 - 1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032B" w:rsidRPr="00737A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076D6" w:rsidRPr="00737A20" w14:paraId="09D608BA" w14:textId="77777777" w:rsidTr="004B6CC5">
        <w:tc>
          <w:tcPr>
            <w:tcW w:w="4320" w:type="dxa"/>
            <w:vAlign w:val="center"/>
          </w:tcPr>
          <w:p w14:paraId="141339E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Usulü</w:t>
            </w:r>
            <w:proofErr w:type="spellEnd"/>
          </w:p>
        </w:tc>
        <w:tc>
          <w:tcPr>
            <w:tcW w:w="4320" w:type="dxa"/>
            <w:vAlign w:val="center"/>
          </w:tcPr>
          <w:p w14:paraId="40A15F6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Kapalı Zarf ve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Artırma</w:t>
            </w:r>
            <w:proofErr w:type="spellEnd"/>
          </w:p>
        </w:tc>
      </w:tr>
      <w:tr w:rsidR="00A076D6" w:rsidRPr="00737A20" w14:paraId="66E49C85" w14:textId="77777777" w:rsidTr="004B6CC5">
        <w:tc>
          <w:tcPr>
            <w:tcW w:w="4320" w:type="dxa"/>
            <w:vAlign w:val="center"/>
          </w:tcPr>
          <w:p w14:paraId="73198948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</w:p>
        </w:tc>
        <w:tc>
          <w:tcPr>
            <w:tcW w:w="4320" w:type="dxa"/>
            <w:vAlign w:val="center"/>
          </w:tcPr>
          <w:p w14:paraId="35B47476" w14:textId="5EB287FE" w:rsidR="00A076D6" w:rsidRPr="00737A20" w:rsidRDefault="00440CDD" w:rsidP="00440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  <w:r w:rsidR="00FC032B"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Ay</w:t>
            </w:r>
          </w:p>
        </w:tc>
      </w:tr>
      <w:tr w:rsidR="00A076D6" w:rsidRPr="00737A20" w14:paraId="0C5D576B" w14:textId="77777777" w:rsidTr="004B6CC5">
        <w:tc>
          <w:tcPr>
            <w:tcW w:w="4320" w:type="dxa"/>
            <w:vAlign w:val="center"/>
          </w:tcPr>
          <w:p w14:paraId="6B55895C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İhalenin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Yapılacağı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Yer</w:t>
            </w:r>
          </w:p>
        </w:tc>
        <w:tc>
          <w:tcPr>
            <w:tcW w:w="4320" w:type="dxa"/>
            <w:vAlign w:val="center"/>
          </w:tcPr>
          <w:p w14:paraId="4B836F9A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Hakkâri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Üniversitesi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Rektörlüğü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Senato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Salonu</w:t>
            </w:r>
            <w:proofErr w:type="spellEnd"/>
          </w:p>
        </w:tc>
      </w:tr>
    </w:tbl>
    <w:p w14:paraId="73EF49A2" w14:textId="77777777" w:rsidR="00A076D6" w:rsidRPr="00737A20" w:rsidRDefault="00A076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076D6" w:rsidRPr="00737A20" w14:paraId="64E8031A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3DE8BAAC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Banka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  <w:proofErr w:type="spellEnd"/>
          </w:p>
        </w:tc>
        <w:tc>
          <w:tcPr>
            <w:tcW w:w="4320" w:type="dxa"/>
            <w:vAlign w:val="center"/>
          </w:tcPr>
          <w:p w14:paraId="244E24D7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4D335B0A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33CBE2B9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4320" w:type="dxa"/>
            <w:vAlign w:val="center"/>
          </w:tcPr>
          <w:p w14:paraId="2FC5AAB9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35C550F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463874AF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4320" w:type="dxa"/>
            <w:vAlign w:val="center"/>
          </w:tcPr>
          <w:p w14:paraId="7EE1468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0A822C7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2837DF04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E-Posta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4320" w:type="dxa"/>
            <w:vAlign w:val="center"/>
          </w:tcPr>
          <w:p w14:paraId="027369A2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2F545A04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6D4AE53D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Vergi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Dairesi</w:t>
            </w:r>
            <w:proofErr w:type="spellEnd"/>
          </w:p>
        </w:tc>
        <w:tc>
          <w:tcPr>
            <w:tcW w:w="4320" w:type="dxa"/>
            <w:vAlign w:val="center"/>
          </w:tcPr>
          <w:p w14:paraId="6D4947C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31D22F22" w14:textId="77777777" w:rsidTr="004B6CC5">
        <w:trPr>
          <w:trHeight w:val="397"/>
        </w:trPr>
        <w:tc>
          <w:tcPr>
            <w:tcW w:w="4320" w:type="dxa"/>
            <w:vAlign w:val="center"/>
          </w:tcPr>
          <w:p w14:paraId="520E1D80" w14:textId="77777777" w:rsidR="00A076D6" w:rsidRPr="00737A20" w:rsidRDefault="00FC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Vergi</w:t>
            </w:r>
            <w:proofErr w:type="spellEnd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20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4320" w:type="dxa"/>
            <w:vAlign w:val="center"/>
          </w:tcPr>
          <w:p w14:paraId="028E8D5F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F8FA" w14:textId="77777777" w:rsidR="0021068B" w:rsidRDefault="00FC032B" w:rsidP="00210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A20">
        <w:rPr>
          <w:rFonts w:ascii="Times New Roman" w:hAnsi="Times New Roman" w:cs="Times New Roman"/>
          <w:sz w:val="24"/>
          <w:szCs w:val="24"/>
        </w:rPr>
        <w:br/>
      </w:r>
      <w:r w:rsidRPr="004B6CC5">
        <w:rPr>
          <w:rFonts w:ascii="Times New Roman" w:hAnsi="Times New Roman" w:cs="Times New Roman"/>
          <w:b/>
          <w:bCs/>
          <w:sz w:val="24"/>
          <w:szCs w:val="24"/>
        </w:rPr>
        <w:t>BANKA PROMOSYONU İHALE KOMİSYONU BAŞKANLIĞINA</w:t>
      </w:r>
    </w:p>
    <w:p w14:paraId="746A868E" w14:textId="1B78B4CA" w:rsidR="00A076D6" w:rsidRPr="00737A20" w:rsidRDefault="00FC032B" w:rsidP="00210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A20">
        <w:rPr>
          <w:rFonts w:ascii="Times New Roman" w:hAnsi="Times New Roman" w:cs="Times New Roman"/>
          <w:sz w:val="24"/>
          <w:szCs w:val="24"/>
        </w:rPr>
        <w:t>Bankamızı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temsil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etmeye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Bankamız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7A20">
        <w:rPr>
          <w:rFonts w:ascii="Times New Roman" w:hAnsi="Times New Roman" w:cs="Times New Roman"/>
          <w:sz w:val="24"/>
          <w:szCs w:val="24"/>
        </w:rPr>
        <w:t>adına</w:t>
      </w:r>
      <w:proofErr w:type="spellEnd"/>
      <w:proofErr w:type="gram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işlem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yapmaya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tam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Hakkâri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Personeli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Banka Promosyonu İhalesine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="00A0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FBB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A0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FBB">
        <w:rPr>
          <w:rFonts w:ascii="Times New Roman" w:hAnsi="Times New Roman" w:cs="Times New Roman"/>
          <w:sz w:val="24"/>
          <w:szCs w:val="24"/>
        </w:rPr>
        <w:t>başvuruda</w:t>
      </w:r>
      <w:proofErr w:type="spellEnd"/>
      <w:r w:rsidR="00A0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FBB">
        <w:rPr>
          <w:rFonts w:ascii="Times New Roman" w:hAnsi="Times New Roman" w:cs="Times New Roman"/>
          <w:sz w:val="24"/>
          <w:szCs w:val="24"/>
        </w:rPr>
        <w:t>bulunduğumuzu</w:t>
      </w:r>
      <w:proofErr w:type="spellEnd"/>
      <w:r w:rsidR="00A0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beyan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20">
        <w:rPr>
          <w:rFonts w:ascii="Times New Roman" w:hAnsi="Times New Roman" w:cs="Times New Roman"/>
          <w:sz w:val="24"/>
          <w:szCs w:val="24"/>
        </w:rPr>
        <w:t>ederiz</w:t>
      </w:r>
      <w:proofErr w:type="spellEnd"/>
      <w:r w:rsidRPr="00737A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oKlavuzu"/>
        <w:tblW w:w="8897" w:type="dxa"/>
        <w:tblLook w:val="04A0" w:firstRow="1" w:lastRow="0" w:firstColumn="1" w:lastColumn="0" w:noHBand="0" w:noVBand="1"/>
      </w:tblPr>
      <w:tblGrid>
        <w:gridCol w:w="675"/>
        <w:gridCol w:w="3645"/>
        <w:gridCol w:w="2160"/>
        <w:gridCol w:w="2417"/>
      </w:tblGrid>
      <w:tr w:rsidR="00A076D6" w:rsidRPr="00737A20" w14:paraId="2F478D56" w14:textId="77777777" w:rsidTr="00F705E1">
        <w:trPr>
          <w:trHeight w:val="454"/>
        </w:trPr>
        <w:tc>
          <w:tcPr>
            <w:tcW w:w="675" w:type="dxa"/>
            <w:vAlign w:val="center"/>
          </w:tcPr>
          <w:p w14:paraId="35B8D977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</w:t>
            </w:r>
            <w:proofErr w:type="spellEnd"/>
          </w:p>
        </w:tc>
        <w:tc>
          <w:tcPr>
            <w:tcW w:w="3645" w:type="dxa"/>
            <w:vAlign w:val="center"/>
          </w:tcPr>
          <w:p w14:paraId="0F7B8905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160" w:type="dxa"/>
            <w:vAlign w:val="center"/>
          </w:tcPr>
          <w:p w14:paraId="11442FAE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Bankadaki</w:t>
            </w:r>
            <w:proofErr w:type="spellEnd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  <w:proofErr w:type="spellEnd"/>
          </w:p>
        </w:tc>
        <w:tc>
          <w:tcPr>
            <w:tcW w:w="2417" w:type="dxa"/>
            <w:vAlign w:val="center"/>
          </w:tcPr>
          <w:p w14:paraId="7FE5D5C9" w14:textId="77777777" w:rsidR="00A076D6" w:rsidRPr="00004FAC" w:rsidRDefault="00FC032B" w:rsidP="004B6C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4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İmzası</w:t>
            </w:r>
            <w:proofErr w:type="spellEnd"/>
          </w:p>
        </w:tc>
      </w:tr>
      <w:tr w:rsidR="00A076D6" w:rsidRPr="00737A20" w14:paraId="4F9EF123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6705E5E5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14:paraId="6851713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71EBFB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0876C637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14566E3E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1F95BEA8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14:paraId="4EBFFEEF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6A3F0BD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4A575B4D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6D6" w:rsidRPr="00737A20" w14:paraId="46B70E46" w14:textId="77777777" w:rsidTr="00F705E1">
        <w:trPr>
          <w:trHeight w:val="567"/>
        </w:trPr>
        <w:tc>
          <w:tcPr>
            <w:tcW w:w="675" w:type="dxa"/>
            <w:vAlign w:val="center"/>
          </w:tcPr>
          <w:p w14:paraId="52D00F1F" w14:textId="77777777" w:rsidR="00A076D6" w:rsidRPr="00163D60" w:rsidRDefault="00FC032B" w:rsidP="00163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45" w:type="dxa"/>
            <w:vAlign w:val="center"/>
          </w:tcPr>
          <w:p w14:paraId="12E106DC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DD0DD4B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0C66901" w14:textId="77777777" w:rsidR="00A076D6" w:rsidRPr="00737A20" w:rsidRDefault="00A0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F8C90" w14:textId="77777777" w:rsidR="00AF01E6" w:rsidRDefault="00AF01E6" w:rsidP="00AF01E6">
      <w:pPr>
        <w:spacing w:after="0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B7522" w14:textId="36EB2537" w:rsidR="00F705E1" w:rsidRDefault="00F705E1" w:rsidP="00AF01E6">
      <w:pPr>
        <w:spacing w:after="0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Adı</w:t>
      </w:r>
      <w:proofErr w:type="spellEnd"/>
      <w:r w:rsidRPr="00004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Soyadı</w:t>
      </w:r>
      <w:proofErr w:type="spellEnd"/>
      <w:r w:rsidR="00AF01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7D0A87" w14:textId="77777777" w:rsidR="00163D60" w:rsidRPr="00004FAC" w:rsidRDefault="00163D60" w:rsidP="00853FA0">
      <w:pPr>
        <w:spacing w:after="0"/>
        <w:ind w:left="576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9942A" w14:textId="67C06B7E" w:rsidR="00F705E1" w:rsidRPr="00004FAC" w:rsidRDefault="00F705E1" w:rsidP="00AF01E6">
      <w:pPr>
        <w:spacing w:after="0"/>
        <w:ind w:left="4320" w:right="-999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04FAC">
        <w:rPr>
          <w:rFonts w:ascii="Times New Roman" w:hAnsi="Times New Roman" w:cs="Times New Roman"/>
          <w:b/>
          <w:bCs/>
          <w:sz w:val="24"/>
          <w:szCs w:val="24"/>
        </w:rPr>
        <w:t>……………….….</w:t>
      </w:r>
      <w:r w:rsidR="00AF0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Bankası</w:t>
      </w:r>
      <w:proofErr w:type="spellEnd"/>
      <w:r w:rsidRPr="00004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Yetkilisi</w:t>
      </w:r>
      <w:proofErr w:type="spellEnd"/>
    </w:p>
    <w:p w14:paraId="7575B7A4" w14:textId="77777777" w:rsidR="00F705E1" w:rsidRPr="00004FAC" w:rsidRDefault="00004FAC" w:rsidP="00853FA0">
      <w:pPr>
        <w:spacing w:after="0"/>
        <w:ind w:left="648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4FAC">
        <w:rPr>
          <w:rFonts w:ascii="Times New Roman" w:hAnsi="Times New Roman" w:cs="Times New Roman"/>
          <w:b/>
          <w:bCs/>
          <w:sz w:val="24"/>
          <w:szCs w:val="24"/>
        </w:rPr>
        <w:t>Kaşe</w:t>
      </w:r>
      <w:proofErr w:type="spellEnd"/>
      <w:r w:rsidRPr="00004FA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F705E1" w:rsidRPr="00004FAC">
        <w:rPr>
          <w:rFonts w:ascii="Times New Roman" w:hAnsi="Times New Roman" w:cs="Times New Roman"/>
          <w:b/>
          <w:bCs/>
          <w:sz w:val="24"/>
          <w:szCs w:val="24"/>
        </w:rPr>
        <w:t>İmza</w:t>
      </w:r>
      <w:proofErr w:type="spellEnd"/>
    </w:p>
    <w:sectPr w:rsidR="00F705E1" w:rsidRPr="00004FAC" w:rsidSect="00DB60B6">
      <w:pgSz w:w="12240" w:h="15840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FAC"/>
    <w:rsid w:val="00034616"/>
    <w:rsid w:val="0006063C"/>
    <w:rsid w:val="000E7BEB"/>
    <w:rsid w:val="00144D9D"/>
    <w:rsid w:val="0015074B"/>
    <w:rsid w:val="00163D60"/>
    <w:rsid w:val="0021068B"/>
    <w:rsid w:val="0029639D"/>
    <w:rsid w:val="00326F90"/>
    <w:rsid w:val="00440CDD"/>
    <w:rsid w:val="004B6CC5"/>
    <w:rsid w:val="00541F35"/>
    <w:rsid w:val="005443A4"/>
    <w:rsid w:val="005B3CFE"/>
    <w:rsid w:val="00737A20"/>
    <w:rsid w:val="00750B22"/>
    <w:rsid w:val="00853FA0"/>
    <w:rsid w:val="00A06FBB"/>
    <w:rsid w:val="00A076D6"/>
    <w:rsid w:val="00AA1D8D"/>
    <w:rsid w:val="00AD4F85"/>
    <w:rsid w:val="00AF01E6"/>
    <w:rsid w:val="00B47730"/>
    <w:rsid w:val="00CB0664"/>
    <w:rsid w:val="00D7345E"/>
    <w:rsid w:val="00DB60B6"/>
    <w:rsid w:val="00DD7E0C"/>
    <w:rsid w:val="00F705E1"/>
    <w:rsid w:val="00FC03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E06D1"/>
  <w14:defaultImageDpi w14:val="300"/>
  <w15:docId w15:val="{850C0E12-C8BF-4D11-871B-F3E2D136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373535-C207-4271-8657-12E0D677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7</cp:revision>
  <dcterms:created xsi:type="dcterms:W3CDTF">2026-08-18T14:43:00Z</dcterms:created>
  <dcterms:modified xsi:type="dcterms:W3CDTF">2026-09-15T13:12:00Z</dcterms:modified>
  <cp:category/>
</cp:coreProperties>
</file>